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21B" w:rsidRDefault="008C6773">
      <w:pPr>
        <w:pStyle w:val="1"/>
        <w:jc w:val="center"/>
      </w:pPr>
      <w:r>
        <w:t>FORMULARZ REKLAMACYJNY</w:t>
      </w:r>
    </w:p>
    <w:p w:rsidR="00AA121B" w:rsidRDefault="008C6773">
      <w:r>
        <w:t>Sklep internetowy COSM</w:t>
      </w:r>
      <w:r>
        <w:br/>
      </w:r>
      <w:r>
        <w:br/>
      </w:r>
    </w:p>
    <w:p w:rsidR="00AA121B" w:rsidRDefault="008C6773">
      <w:pPr>
        <w:pStyle w:val="21"/>
      </w:pPr>
      <w:r>
        <w:t>Dane Klienta</w:t>
      </w:r>
    </w:p>
    <w:p w:rsidR="00AA121B" w:rsidRDefault="008C6773">
      <w:r>
        <w:t>Imię i nazwisko: ________________________________</w:t>
      </w:r>
    </w:p>
    <w:p w:rsidR="00AA121B" w:rsidRDefault="008C6773">
      <w:r>
        <w:t>Adres: _________________________________________</w:t>
      </w:r>
    </w:p>
    <w:p w:rsidR="00AA121B" w:rsidRDefault="008C6773">
      <w:r>
        <w:t>Telefon: _______________________________________</w:t>
      </w:r>
    </w:p>
    <w:p w:rsidR="00AA121B" w:rsidRDefault="008C6773">
      <w:r>
        <w:t xml:space="preserve">Adres e-mail: </w:t>
      </w:r>
      <w:r>
        <w:t>__________________________________</w:t>
      </w:r>
    </w:p>
    <w:p w:rsidR="00AA121B" w:rsidRDefault="008C6773">
      <w:pPr>
        <w:pStyle w:val="21"/>
      </w:pPr>
      <w:r>
        <w:t>Dane zamówienia</w:t>
      </w:r>
    </w:p>
    <w:p w:rsidR="00AA121B" w:rsidRDefault="008C6773">
      <w:r>
        <w:t>Numer zamówienia: ______________________________</w:t>
      </w:r>
    </w:p>
    <w:p w:rsidR="00AA121B" w:rsidRDefault="008C6773">
      <w:r>
        <w:t>Data złożenia zamówienia: ________________________</w:t>
      </w:r>
    </w:p>
    <w:p w:rsidR="00AA121B" w:rsidRDefault="008C6773">
      <w:r>
        <w:t>Data otrzymania przesyłki: _______________________</w:t>
      </w:r>
    </w:p>
    <w:p w:rsidR="00AA121B" w:rsidRDefault="008C6773">
      <w:pPr>
        <w:pStyle w:val="21"/>
      </w:pPr>
      <w:r>
        <w:t>Reklamowany produkt</w:t>
      </w:r>
    </w:p>
    <w:p w:rsidR="00AA121B" w:rsidRDefault="008C6773">
      <w:r>
        <w:t>Nazwa produktu: __________________</w:t>
      </w:r>
      <w:r>
        <w:t>______________</w:t>
      </w:r>
    </w:p>
    <w:p w:rsidR="00AA121B" w:rsidRDefault="008C6773">
      <w:r>
        <w:t>Liczba reklamowanych sztuk: ______________________</w:t>
      </w:r>
    </w:p>
    <w:p w:rsidR="00AA121B" w:rsidRDefault="008C6773">
      <w:r>
        <w:t>Numer partii (jeżeli znajduje się na opakowaniu): __________________</w:t>
      </w:r>
    </w:p>
    <w:p w:rsidR="00AA121B" w:rsidRDefault="008C6773">
      <w:r>
        <w:t>Data ważności (jeżeli znajduje się na opakowaniu): ________________</w:t>
      </w:r>
    </w:p>
    <w:p w:rsidR="00AA121B" w:rsidRDefault="008C6773">
      <w:pPr>
        <w:pStyle w:val="21"/>
      </w:pPr>
      <w:r>
        <w:t>Opis reklamacji</w:t>
      </w:r>
    </w:p>
    <w:p w:rsidR="00AA121B" w:rsidRDefault="008C6773">
      <w:r>
        <w:t xml:space="preserve">Prosimy o dokładny opis stwierdzonej </w:t>
      </w:r>
      <w:r>
        <w:t>niezgodności Towaru z umową.</w:t>
      </w:r>
    </w:p>
    <w:p w:rsidR="00AA121B" w:rsidRDefault="008C6773">
      <w:r>
        <w:br/>
      </w:r>
      <w:r>
        <w:br/>
      </w:r>
      <w:r>
        <w:br/>
      </w:r>
    </w:p>
    <w:p w:rsidR="00AA121B" w:rsidRDefault="008C6773">
      <w:pPr>
        <w:pStyle w:val="21"/>
      </w:pPr>
      <w:r>
        <w:t>Żądanie Klienta</w:t>
      </w:r>
    </w:p>
    <w:p w:rsidR="00AA121B" w:rsidRDefault="008C6773">
      <w:r>
        <w:t>☐</w:t>
      </w:r>
      <w:r>
        <w:t xml:space="preserve"> Wymiana Towaru</w:t>
      </w:r>
    </w:p>
    <w:p w:rsidR="00AA121B" w:rsidRDefault="008C6773">
      <w:r>
        <w:t>☐</w:t>
      </w:r>
      <w:r>
        <w:t xml:space="preserve"> Obniżenie ceny</w:t>
      </w:r>
    </w:p>
    <w:p w:rsidR="00AA121B" w:rsidRDefault="008C6773">
      <w:r>
        <w:t>☐</w:t>
      </w:r>
      <w:r>
        <w:t xml:space="preserve"> Odstąpienie od umowy (jeżeli jest dopuszczalne zgodnie z przepisami prawa)</w:t>
      </w:r>
    </w:p>
    <w:p w:rsidR="00AA121B" w:rsidRDefault="008C6773">
      <w:r>
        <w:lastRenderedPageBreak/>
        <w:t>☐</w:t>
      </w:r>
      <w:r>
        <w:t xml:space="preserve"> Inne: ________________________________________</w:t>
      </w:r>
    </w:p>
    <w:p w:rsidR="00AA121B" w:rsidRDefault="008C6773">
      <w:pPr>
        <w:pStyle w:val="21"/>
      </w:pPr>
      <w:r>
        <w:t>Dodatkowe informacje</w:t>
      </w:r>
    </w:p>
    <w:p w:rsidR="00AA121B" w:rsidRDefault="008C6773">
      <w:r>
        <w:t xml:space="preserve">Jeżeli reklamacja dotyczy </w:t>
      </w:r>
      <w:r>
        <w:t>uszkodzenia Towaru lub jego opakowania, prosimy – w miarę możliwości – o dołączenie zdjęć przedstawiających wadę. Sprzedawca może również poprosić o odesłanie reklamowanego Towaru w celu jego oceny.</w:t>
      </w:r>
    </w:p>
    <w:p w:rsidR="00AA121B" w:rsidRDefault="008C6773">
      <w:pPr>
        <w:pStyle w:val="21"/>
      </w:pPr>
      <w:r>
        <w:t>Dane do wysłania reklamacji</w:t>
      </w:r>
    </w:p>
    <w:p w:rsidR="00AA121B" w:rsidRDefault="008C6773">
      <w:r>
        <w:t>Mariia Sushko</w:t>
      </w:r>
    </w:p>
    <w:p w:rsidR="00AA121B" w:rsidRDefault="008C6773">
      <w:r>
        <w:t xml:space="preserve">ul. Pańska </w:t>
      </w:r>
      <w:r>
        <w:t>26/4B</w:t>
      </w:r>
    </w:p>
    <w:p w:rsidR="00AA121B" w:rsidRDefault="008C6773">
      <w:r>
        <w:t>35-213 Rzeszów</w:t>
      </w:r>
    </w:p>
    <w:p w:rsidR="00AA121B" w:rsidRDefault="008C6773">
      <w:r>
        <w:t>e-mail: cosm.webstore@gmail.com</w:t>
      </w:r>
    </w:p>
    <w:p w:rsidR="00AA121B" w:rsidRDefault="008C6773">
      <w:r>
        <w:t>tel. +48 664 719 597</w:t>
      </w:r>
    </w:p>
    <w:p w:rsidR="00AA121B" w:rsidRDefault="008C6773">
      <w:pPr>
        <w:pStyle w:val="21"/>
      </w:pPr>
      <w:r>
        <w:t>Informacja</w:t>
      </w:r>
    </w:p>
    <w:p w:rsidR="00AA121B" w:rsidRDefault="008C6773">
      <w:r>
        <w:t>Reklamacje są rozpatrywane zgodnie z obowiązującymi przepisami prawa, w szczególności przepisami Kodeksu cywilnego oraz ustawy z dnia 30 maja 2014 r. o prawach konsumenta.</w:t>
      </w:r>
    </w:p>
    <w:p w:rsidR="00AA121B" w:rsidRDefault="008C6773">
      <w:r>
        <w:t>Sprzedawca udzieli odpowiedzi na reklamację nie później niż w terminie 14 dni kalendarzowych od dnia jej otrzymania, chyba że obowiązujące przepisy prawa stanowią inaczej.</w:t>
      </w:r>
    </w:p>
    <w:p w:rsidR="00AA121B" w:rsidRDefault="008C6773">
      <w:pPr>
        <w:pStyle w:val="21"/>
      </w:pPr>
      <w:r>
        <w:t>Uwaga</w:t>
      </w:r>
    </w:p>
    <w:p w:rsidR="008C6773" w:rsidRDefault="008C6773">
      <w:pPr>
        <w:pStyle w:val="21"/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</w:pPr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W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przypadku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reklamacji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dotyczących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kosmetyków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Sprzedawca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może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zwrócić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się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przesłanie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zdjęć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produktu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numeru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partii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daty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ważności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dowodu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zakupu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(np.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paragonu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)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lub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o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odesłanie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produktu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w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celu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przeprowadzenia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oceny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reklamacji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Powyższe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nie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ogranicza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praw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Konsumenta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wynikających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z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obowiązujących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przepisów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prawa</w:t>
      </w:r>
      <w:proofErr w:type="spellEnd"/>
      <w:r w:rsidRPr="008C6773">
        <w:rPr>
          <w:rFonts w:ascii="Calibri" w:eastAsiaTheme="minorEastAsia" w:hAnsi="Calibri" w:cstheme="minorBidi"/>
          <w:b w:val="0"/>
          <w:bCs w:val="0"/>
          <w:color w:val="auto"/>
          <w:sz w:val="22"/>
          <w:szCs w:val="22"/>
        </w:rPr>
        <w:t>.</w:t>
      </w:r>
    </w:p>
    <w:p w:rsidR="00AA121B" w:rsidRDefault="008C6773">
      <w:pPr>
        <w:pStyle w:val="21"/>
      </w:pPr>
      <w:bookmarkStart w:id="0" w:name="_GoBack"/>
      <w:bookmarkEnd w:id="0"/>
      <w:proofErr w:type="spellStart"/>
      <w:r>
        <w:t>O</w:t>
      </w:r>
      <w:r>
        <w:t>świadczenie</w:t>
      </w:r>
      <w:proofErr w:type="spellEnd"/>
      <w:r>
        <w:t xml:space="preserve"> </w:t>
      </w:r>
      <w:proofErr w:type="spellStart"/>
      <w:r>
        <w:t>Klienta</w:t>
      </w:r>
      <w:proofErr w:type="spellEnd"/>
    </w:p>
    <w:p w:rsidR="00AA121B" w:rsidRDefault="008C6773">
      <w:r>
        <w:t>Oświadczam, że podane przeze</w:t>
      </w:r>
      <w:r>
        <w:t xml:space="preserve"> mnie informacje są zgodne z prawdą.</w:t>
      </w:r>
    </w:p>
    <w:p w:rsidR="00AA121B" w:rsidRDefault="008C6773">
      <w:r>
        <w:br/>
        <w:t>Data: __________________________</w:t>
      </w:r>
    </w:p>
    <w:p w:rsidR="00AA121B" w:rsidRDefault="008C6773">
      <w:r>
        <w:br/>
        <w:t>Podpis Klienta: __________________________</w:t>
      </w:r>
    </w:p>
    <w:sectPr w:rsidR="00AA12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C6773"/>
    <w:rsid w:val="00AA121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AE0F99"/>
  <w14:defaultImageDpi w14:val="300"/>
  <w15:docId w15:val="{1F5CD8CB-3988-4304-B07D-01E2635E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Calibri" w:hAnsi="Calibr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A4604B-EF10-46E2-A04D-A93B48DDC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Софія Савчук</cp:lastModifiedBy>
  <cp:revision>2</cp:revision>
  <dcterms:created xsi:type="dcterms:W3CDTF">2026-08-04T14:52:00Z</dcterms:created>
  <dcterms:modified xsi:type="dcterms:W3CDTF">2026-08-04T14:52:00Z</dcterms:modified>
  <cp:category/>
</cp:coreProperties>
</file>