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FORMULARZ ODSTĄPIENIA OD UMOWY</w:t>
      </w:r>
    </w:p>
    <w:p>
      <w:r>
        <w:t>Ja/My (*) niniejszym informuję/informujemy (*) o odstąpieniu od umowy sprzedaży następujących Towarów:</w:t>
        <w:br/>
        <w:br/>
      </w:r>
      <w:r>
        <w:t>…………………………………………………………………………</w:t>
        <w:br/>
        <w:br/>
      </w:r>
      <w:r>
        <w:t>…………………………………………………………………………</w:t>
        <w:br/>
      </w:r>
    </w:p>
    <w:p>
      <w:r>
        <w:rPr>
          <w:b/>
        </w:rPr>
        <w:t>Numer zamówienia:</w:t>
      </w:r>
    </w:p>
    <w:p>
      <w:r>
        <w:t>…………………………………………………………………………</w:t>
      </w:r>
    </w:p>
    <w:p/>
    <w:p>
      <w:r>
        <w:rPr>
          <w:b/>
        </w:rPr>
        <w:t>Data zawarcia umowy / złożenia zamówienia:</w:t>
      </w:r>
    </w:p>
    <w:p>
      <w:r>
        <w:t>…………………………………………………………………………</w:t>
      </w:r>
    </w:p>
    <w:p/>
    <w:p>
      <w:r>
        <w:rPr>
          <w:b/>
        </w:rPr>
        <w:t>Data odbioru Towaru:</w:t>
      </w:r>
    </w:p>
    <w:p>
      <w:r>
        <w:t>…………………………………………………………………………</w:t>
      </w:r>
    </w:p>
    <w:p/>
    <w:p>
      <w:r>
        <w:rPr>
          <w:b/>
        </w:rPr>
        <w:t>Imię i nazwisko Konsumenta:</w:t>
      </w:r>
    </w:p>
    <w:p>
      <w:r>
        <w:t>…………………………………………………………………………</w:t>
      </w:r>
    </w:p>
    <w:p/>
    <w:p>
      <w:r>
        <w:rPr>
          <w:b/>
        </w:rPr>
        <w:t>Adres Konsumenta:</w:t>
      </w:r>
    </w:p>
    <w:p>
      <w:r>
        <w:t>…………………………………………………………………………</w:t>
      </w:r>
    </w:p>
    <w:p/>
    <w:p>
      <w:r>
        <w:rPr>
          <w:b/>
        </w:rPr>
        <w:t>Numer telefonu:</w:t>
      </w:r>
    </w:p>
    <w:p>
      <w:r>
        <w:t>…………………………………………………………………………</w:t>
      </w:r>
    </w:p>
    <w:p/>
    <w:p>
      <w:r>
        <w:rPr>
          <w:b/>
        </w:rPr>
        <w:t>Adres e-mail:</w:t>
      </w:r>
    </w:p>
    <w:p>
      <w:r>
        <w:t>…………………………………………………………………………</w:t>
      </w:r>
    </w:p>
    <w:p/>
    <w:p>
      <w:r>
        <w:rPr>
          <w:b/>
        </w:rPr>
        <w:t>Numer rachunku bankowego do zwrotu środków (opcjonalnie):</w:t>
      </w:r>
    </w:p>
    <w:p>
      <w:r>
        <w:t>…………………………………………………………………………</w:t>
      </w:r>
    </w:p>
    <w:p/>
    <w:p>
      <w:r>
        <w:rPr>
          <w:b/>
        </w:rPr>
        <w:t>Data:</w:t>
      </w:r>
    </w:p>
    <w:p>
      <w:r>
        <w:t>…………………………………………………………………………</w:t>
      </w:r>
    </w:p>
    <w:p/>
    <w:p>
      <w:r>
        <w:rPr>
          <w:b/>
        </w:rPr>
        <w:t>Podpis Konsumenta (wyłącznie w przypadku formularza przesyłanego w wersji papierowej):</w:t>
      </w:r>
    </w:p>
    <w:p>
      <w:r>
        <w:t>…………………………………………………………………………</w:t>
      </w:r>
    </w:p>
    <w:p/>
    <w:p>
      <w:r>
        <w:t>(*) Niepotrzebne skreślić.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